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지원서 양식</w:t>
      </w:r>
    </w:p>
    <w:p>
      <w:r>
        <w:t>2025년 상반기 행정직원 채용</w:t>
      </w:r>
    </w:p>
    <w:p>
      <w:pPr>
        <w:pStyle w:val="Heading2"/>
      </w:pPr>
      <w:r>
        <w:t>인적 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성명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생년월일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연락처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이메일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학력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최종 학력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경력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근무처·업무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근무 기간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어학·자격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한국어</w:t>
            </w:r>
          </w:p>
        </w:tc>
        <w:tc>
          <w:tcPr>
            <w:tcW w:type="dxa" w:w="4320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